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BERITA ACARA RAPAT KOORDINASI</w:t>
      </w:r>
    </w:p>
    <w:p>
      <w:r>
        <w:t>Pada hari ini, __________ tanggal __________ bulan __________ tahun __________, telah dilaksanakan Rapat Koordinasi Musyawarah Kerja Kepala Sekolah (MKKS) dan Kelompok Kerja Guru (KKG) bertempat di __________.</w:t>
      </w:r>
    </w:p>
    <w:p>
      <w:r>
        <w:t>Agenda Rapat:</w:t>
      </w:r>
    </w:p>
    <w:p>
      <w:pPr>
        <w:pStyle w:val="ListNumber"/>
      </w:pPr>
      <w:r>
        <w:t xml:space="preserve"> Pembahasan program kerja MKKS &amp; KKG</w:t>
      </w:r>
    </w:p>
    <w:p>
      <w:pPr>
        <w:pStyle w:val="ListNumber"/>
      </w:pPr>
      <w:r>
        <w:t xml:space="preserve"> Evaluasi kegiatan sebelumnya</w:t>
      </w:r>
    </w:p>
    <w:p>
      <w:pPr>
        <w:pStyle w:val="ListNumber"/>
      </w:pPr>
      <w:r>
        <w:t xml:space="preserve"> Penyusunan rencana kegiatan selanjutnya</w:t>
      </w:r>
    </w:p>
    <w:p>
      <w:r>
        <w:t>Peserta Rapat:</w:t>
      </w:r>
    </w:p>
    <w:p>
      <w:r>
        <w:t>Daftar hadir terlampir.</w:t>
      </w:r>
    </w:p>
    <w:p>
      <w:r>
        <w:t>Hasil Rapat:</w:t>
        <w:br/>
        <w:t>1. __________</w:t>
        <w:br/>
        <w:t>2. __________</w:t>
        <w:br/>
        <w:t>3. __________</w:t>
      </w:r>
    </w:p>
    <w:p>
      <w:r>
        <w:t>Demikian berita acara rapat koordinasi ini dibuat dengan sebenarnya untuk dapat digunakan sebagaimana mestinya.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Ketua Rapat,</w:t>
              <w:br/>
              <w:br/>
              <w:br/>
              <w:br/>
              <w:t>(____________________)</w:t>
            </w:r>
          </w:p>
        </w:tc>
        <w:tc>
          <w:tcPr>
            <w:tcW w:type="dxa" w:w="4320"/>
          </w:tcPr>
          <w:p>
            <w:r>
              <w:t>Sekretaris,</w:t>
              <w:br/>
              <w:br/>
              <w:br/>
              <w:br/>
              <w:t>(____________________)</w:t>
            </w:r>
          </w:p>
        </w:tc>
      </w:tr>
      <w:tr>
        <w:tc>
          <w:tcPr>
            <w:tcW w:type="dxa" w:w="4320"/>
          </w:tcPr>
          <w:p>
            <w:r>
              <w:t>Mengetahui,</w:t>
              <w:br/>
              <w:t>Kepala Sekolah</w:t>
              <w:br/>
              <w:br/>
              <w:br/>
              <w:br/>
              <w:t>(____________________)</w:t>
            </w:r>
          </w:p>
        </w:tc>
        <w:tc>
          <w:tcPr>
            <w:tcW w:type="dxa" w:w="4320"/>
          </w:tcPr>
          <w:p>
            <w:r/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